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Форма отзыва согласия на обработку персональных данных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Получатель и заявитель</w:t>
      </w:r>
    </w:p>
    <w:p>
      <w:r>
        <w:t>Кому: ООО «ЮНХЭ», ИНН 5029287676, ОГРН 1245000090543. Адрес: 141008, Московская область, г.о. Мытищи, г. Мытищи, ул. Терешковой, д. 2, к. 1, кв. 103. E-mail: yun.khe@yandex.ru.</w:t>
      </w:r>
    </w:p>
    <w:p>
      <w:r>
        <w:t>От: ____________________________________________________ (Ф. И. О.).</w:t>
      </w:r>
    </w:p>
    <w:p>
      <w:r>
        <w:t>Телефон или e-mail, ранее использованный при обращении: ____________________________________________________.</w:t>
      </w:r>
    </w:p>
    <w:p>
      <w:r>
        <w:t>Сведения, позволяющие найти обращение, без избыточных персональных данных: ____________________________________________________.</w:t>
      </w:r>
    </w:p>
    <w:p>
      <w:pPr>
        <w:pStyle w:val="Heading1"/>
      </w:pPr>
      <w:r>
        <w:t>Отзыв</w:t>
      </w:r>
    </w:p>
    <w:p>
      <w:r>
        <w:t>Руководствуясь Федеральным законом от 27.07.2006 № 152-ФЗ «О персональных данных», отзываю ранее предоставленное ООО «ЮНХЭ» согласие в следующем объёме (отметить применимое):</w:t>
      </w:r>
    </w:p>
    <w:p>
      <w:r>
        <w:t>☐ На обработку персональных данных для рассмотрения моего обращения.</w:t>
      </w:r>
    </w:p>
    <w:p>
      <w:r>
        <w:t>☐ Только на получение рекламы и обработку данных для рекламных сообщений. Каналы / адреса: ____________________________________________________.</w:t>
      </w:r>
    </w:p>
    <w:p>
      <w:r>
        <w:t>☐ Иное / все ранее предоставленные согласия: ____________________________________________________.</w:t>
      </w:r>
    </w:p>
    <w:p>
      <w:r>
        <w:t>Прошу прекратить обработку, основанную на отозванном согласии, и выполнить необходимые удаление или уничтожение данных в установленные законом сроки. При обработке по поручению прошу обеспечить выполнение соответствующих обязанностей привлечёнными обработчиками.</w:t>
      </w:r>
    </w:p>
    <w:p>
      <w:r>
        <w:t>Мне известно, что отзыв согласия не прекращает обработку, для которой сохраняется самостоятельное основание по закону. Прошу сообщить об исполнении требования и, если обработка продолжается, об её основании и необходимом объёме.</w:t>
      </w:r>
    </w:p>
    <w:p>
      <w:r>
        <w:t>Контакт для ответа: ____________________________________________________.</w:t>
      </w:r>
    </w:p>
    <w:p>
      <w:r>
        <w:t>Дата: «___» _____________ 20___ г. Подпись: ____________________ / ____________________.</w:t>
      </w:r>
    </w:p>
    <w:p>
      <w:pPr>
        <w:pStyle w:val="Heading1"/>
      </w:pPr>
      <w:r>
        <w:t>Как направить</w:t>
      </w:r>
    </w:p>
    <w:p>
      <w:r>
        <w:t>Направьте заявление на yun.khe@yandex.ru либо по указанному юридическому адресу. Использование именно этого бланка не обязательно: допустимо изложить требование в свободной форме. Публиковать заполненный бланк на Сайте не нужно.</w:t>
      </w:r>
    </w:p>
    <w:p>
      <w:r>
        <w:t>Для предотвращения неправомерного удаления или раскрытия данных Оператор может запросить необходимые сведения о личности и связи с ранее предоставленными данными. Не прикладывайте паспортный скан, банковские данные и коды доступа без обоснованной необходимости.</w:t>
      </w:r>
    </w:p>
    <w:p>
      <w:r>
        <w:t>Если соответствующее согласие ранее не предоставлялось, скачивание этой формы его не создаёт. Онлайн-отправка заполненного бланка через Сайт в текущем режиме не предусмотрена.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отзыва согласия на обработку персональных данных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